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Arial" w:hAnsi="Arial" w:eastAsia="Arial"/>
          <w:b/>
          <w:color w:val="162742"/>
          <w:sz w:val="36"/>
        </w:rPr>
        <w:t>ДОГОВОР НАЙМА ЖИЛОГО ПОМЕЩЕНИЯ</w:t>
      </w:r>
    </w:p>
    <w:p>
      <w:pPr>
        <w:spacing w:after="280"/>
        <w:jc w:val="center"/>
      </w:pPr>
      <w:r>
        <w:rPr>
          <w:rFonts w:ascii="Arial" w:hAnsi="Arial" w:eastAsia="Arial"/>
          <w:b w:val="0"/>
          <w:color w:val="5C6777"/>
          <w:sz w:val="19"/>
        </w:rPr>
        <w:t>№ {{document.number|line}} • {{document.city|line}} • {{document.date}}</w:t>
      </w:r>
    </w:p>
    <w:p>
      <w:pPr>
        <w:spacing w:after="120" w:line="276" w:lineRule="auto"/>
      </w:pPr>
      <w:r>
        <w:rPr>
          <w:rFonts w:ascii="Arial" w:hAnsi="Arial" w:eastAsia="Arial"/>
          <w:b w:val="0"/>
          <w:sz w:val="21"/>
        </w:rPr>
        <w:t>{{owner.full_name|line}}, именуемый далее «Наймодатель», и {{guest.full_name|line}}, именуемый далее «Наниматель», заключили настоящий договор о нижеследующем.</w:t>
      </w:r>
    </w:p>
    <w:p>
      <w:pPr>
        <w:pStyle w:val="Heading1"/>
        <w:spacing w:before="240" w:after="120"/>
      </w:pPr>
      <w:r>
        <w:rPr>
          <w:rFonts w:ascii="Arial" w:hAnsi="Arial" w:eastAsia="Arial"/>
          <w:b/>
          <w:color w:val="162742"/>
          <w:sz w:val="26"/>
        </w:rPr>
        <w:t>1. Предмет договора</w:t>
      </w:r>
    </w:p>
    <w:p>
      <w:pPr>
        <w:spacing w:after="120" w:line="276" w:lineRule="auto"/>
      </w:pPr>
      <w:r>
        <w:rPr>
          <w:rFonts w:ascii="Arial" w:hAnsi="Arial" w:eastAsia="Arial"/>
          <w:b w:val="0"/>
          <w:sz w:val="21"/>
        </w:rPr>
        <w:t>Наймодатель передаёт для временного проживания: {{object.name}}, {{unit.name}}, адрес: {{unit.address|line}}. Тип объекта: {{object.type}}; тип лота: {{unit.type}}; вместимость: {{unit.capacity}}.</w:t>
      </w:r>
    </w:p>
    <w:p>
      <w:pPr>
        <w:spacing w:after="120" w:line="276" w:lineRule="auto"/>
      </w:pPr>
      <w:r>
        <w:rPr>
          <w:rFonts w:ascii="Arial" w:hAnsi="Arial" w:eastAsia="Arial"/>
          <w:b w:val="0"/>
          <w:sz w:val="21"/>
        </w:rPr>
        <w:t>Период проживания: с {{booking.check_in_datetime}} по {{booking.check_out_datetime}}, всего {{booking.nights}} ночей. Время заезда: {{unit.check_in_time|line}}, время выезда: {{unit.check_out_time|line}}.</w:t>
      </w:r>
    </w:p>
    <w:p>
      <w:pPr>
        <w:pStyle w:val="Heading1"/>
        <w:spacing w:before="240" w:after="120"/>
      </w:pPr>
      <w:r>
        <w:rPr>
          <w:rFonts w:ascii="Arial" w:hAnsi="Arial" w:eastAsia="Arial"/>
          <w:b/>
          <w:color w:val="162742"/>
          <w:sz w:val="26"/>
        </w:rPr>
        <w:t>2. Стоимость и расчёты</w:t>
      </w:r>
    </w:p>
    <w:p>
      <w:pPr>
        <w:spacing w:after="120" w:line="276" w:lineRule="auto"/>
      </w:pPr>
      <w:r>
        <w:rPr>
          <w:rFonts w:ascii="Arial" w:hAnsi="Arial" w:eastAsia="Arial"/>
          <w:b w:val="0"/>
          <w:sz w:val="21"/>
        </w:rPr>
        <w:t>Стоимость найма: {{booking.total}} ({{booking.total_words}}). Оплачено: {{booking.paid}} ({{booking.paid_words}}). Остаток: {{booking.remaining}} ({{booking.remaining_words}}). Обеспечительный платёж: {{booking.security_deposit}}.</w:t>
      </w:r>
    </w:p>
    <w:p>
      <w:pPr>
        <w:spacing w:after="120" w:line="276" w:lineRule="auto"/>
      </w:pPr>
      <w:r>
        <w:rPr>
          <w:rFonts w:ascii="Arial" w:hAnsi="Arial" w:eastAsia="Arial"/>
          <w:b w:val="0"/>
          <w:sz w:val="21"/>
        </w:rPr>
        <w:t>Тарифы: сутки — {{unit.daily_price}}, месяц — {{unit.monthly_price}}. Статус брони: {{booking.status}}; идентификатор: {{booking.id}}.</w:t>
      </w:r>
    </w:p>
    <w:p>
      <w:pPr>
        <w:pStyle w:val="Heading1"/>
        <w:spacing w:before="240" w:after="120"/>
      </w:pPr>
      <w:r>
        <w:rPr>
          <w:rFonts w:ascii="Arial" w:hAnsi="Arial" w:eastAsia="Arial"/>
          <w:b/>
          <w:color w:val="162742"/>
          <w:sz w:val="26"/>
        </w:rPr>
        <w:t>3. Правила и передача ключей</w:t>
      </w:r>
    </w:p>
    <w:p>
      <w:pPr>
        <w:spacing w:after="120" w:line="276" w:lineRule="auto"/>
      </w:pPr>
      <w:r>
        <w:rPr>
          <w:rFonts w:ascii="Arial" w:hAnsi="Arial" w:eastAsia="Arial"/>
          <w:b w:val="0"/>
          <w:sz w:val="21"/>
        </w:rPr>
        <w:t>Правила проживания: {{unit.house_rules|line}}</w:t>
      </w:r>
    </w:p>
    <w:p>
      <w:pPr>
        <w:spacing w:after="120" w:line="276" w:lineRule="auto"/>
      </w:pPr>
      <w:r>
        <w:rPr>
          <w:rFonts w:ascii="Arial" w:hAnsi="Arial" w:eastAsia="Arial"/>
          <w:b w:val="0"/>
          <w:sz w:val="21"/>
        </w:rPr>
        <w:t>Порядок передачи ключей: {{unit.key_handover|line}}</w:t>
      </w:r>
    </w:p>
    <w:p>
      <w:pPr>
        <w:spacing w:after="120" w:line="276" w:lineRule="auto"/>
      </w:pPr>
      <w:r>
        <w:rPr>
          <w:rFonts w:ascii="Arial" w:hAnsi="Arial" w:eastAsia="Arial"/>
          <w:b w:val="0"/>
          <w:sz w:val="21"/>
        </w:rPr>
        <w:t>Описание помещения: {{unit.description|line}}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4680"/>
        <w:gridCol w:w="4680"/>
      </w:tblGrid>
      <w:tr>
        <w:tc>
          <w:tcPr>
            <w:tcW w:type="dxa" w:w="4819"/>
            <w:shd w:fill="EEF1FF"/>
            <w:tcW w:w="4680" w:type="dxa"/>
            <w:vAlign w:val="center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НАЙМОДАТЕЛЬ</w:t>
              <w:br/>
              <w:t>{{owner.full_name}}</w:t>
              <w:br/>
              <w:t>Паспорт: {{owner.passport_number|line}}</w:t>
              <w:br/>
              <w:t>Выдан: {{owner.passport_issued_by|line}}</w:t>
              <w:br/>
              <w:t>Адрес: {{owner.registration_address|line}}</w:t>
              <w:br/>
              <w:t>Тел.: {{owner.phone|line}}</w:t>
            </w:r>
          </w:p>
        </w:tc>
        <w:tc>
          <w:tcPr>
            <w:tcW w:type="dxa" w:w="4819"/>
            <w:shd w:fill="EEF1FF"/>
            <w:tcW w:w="4680" w:type="dxa"/>
            <w:vAlign w:val="center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НАНИМАТЕЛЬ</w:t>
              <w:br/>
              <w:t>{{guest.full_name}}</w:t>
              <w:br/>
              <w:t>Паспорт: {{guest.passport_full|line}}</w:t>
              <w:br/>
              <w:t>Выдан: {{guest.passport_issued_by|line}}</w:t>
              <w:br/>
              <w:t>Адрес: {{guest.registration_address|line}}</w:t>
              <w:br/>
              <w:t>Тел.: {{guest.phone|line}}</w:t>
            </w:r>
          </w:p>
        </w:tc>
      </w:tr>
    </w:tbl>
    <w:p>
      <w:r>
        <w:br w:type="page"/>
      </w:r>
    </w:p>
    <w:p>
      <w:pPr>
        <w:spacing w:after="80"/>
        <w:jc w:val="center"/>
      </w:pPr>
      <w:r>
        <w:rPr>
          <w:rFonts w:ascii="Arial" w:hAnsi="Arial" w:eastAsia="Arial"/>
          <w:b/>
          <w:color w:val="162742"/>
          <w:sz w:val="36"/>
        </w:rPr>
        <w:t>РАСПИСКА О ПОЛУЧЕНИИ ДЕНЕЖНЫХ СРЕДСТВ</w:t>
      </w:r>
    </w:p>
    <w:p>
      <w:pPr>
        <w:spacing w:after="280"/>
        <w:jc w:val="center"/>
      </w:pPr>
      <w:r>
        <w:rPr>
          <w:rFonts w:ascii="Arial" w:hAnsi="Arial" w:eastAsia="Arial"/>
          <w:b w:val="0"/>
          <w:color w:val="5C6777"/>
          <w:sz w:val="19"/>
        </w:rPr>
        <w:t>к договору № {{document.number|line}} от {{document.date}}</w:t>
      </w:r>
    </w:p>
    <w:p>
      <w:pPr>
        <w:spacing w:after="120" w:line="276" w:lineRule="auto"/>
      </w:pPr>
      <w:r>
        <w:rPr>
          <w:rFonts w:ascii="Arial" w:hAnsi="Arial" w:eastAsia="Arial"/>
          <w:b w:val="0"/>
          <w:sz w:val="21"/>
        </w:rPr>
        <w:t>Я, {{owner.full_name|line}}, подтверждаю получение от {{guest.full_name|line}} денежных средств за проживание по адресу {{unit.address|line}}.</w:t>
      </w:r>
    </w:p>
    <w:p>
      <w:pPr>
        <w:spacing w:after="120" w:line="276" w:lineRule="auto"/>
      </w:pPr>
      <w:r>
        <w:rPr>
          <w:rFonts w:ascii="Arial" w:hAnsi="Arial" w:eastAsia="Arial"/>
          <w:b w:val="0"/>
          <w:sz w:val="21"/>
        </w:rPr>
        <w:t>Последний платёж: {{payment.amount|line}} ({{payment.amount_words|line}}), {{payment.datetime|line}}, способ: {{payment.method|line}}, комментарий: {{payment.comment|line}}.</w:t>
      </w:r>
    </w:p>
    <w:p>
      <w:pPr>
        <w:spacing w:after="120" w:line="276" w:lineRule="auto"/>
      </w:pPr>
      <w:r>
        <w:rPr>
          <w:rFonts w:ascii="Arial" w:hAnsi="Arial" w:eastAsia="Arial"/>
          <w:b w:val="0"/>
          <w:sz w:val="21"/>
        </w:rPr>
        <w:t>Всего платежей: {{payments.count}}, общая сумма: {{payments.total}} ({{payments.total_words}}).</w:t>
      </w:r>
    </w:p>
    <w:p>
      <w:pPr>
        <w:pStyle w:val="Heading1"/>
        <w:spacing w:before="240" w:after="120"/>
      </w:pPr>
      <w:r>
        <w:rPr>
          <w:rFonts w:ascii="Arial" w:hAnsi="Arial" w:eastAsia="Arial"/>
          <w:b/>
          <w:color w:val="162742"/>
          <w:sz w:val="26"/>
        </w:rPr>
        <w:t>История платежей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2100"/>
        <w:gridCol w:w="1800"/>
        <w:gridCol w:w="2000"/>
        <w:gridCol w:w="3460"/>
      </w:tblGrid>
      <w:tr>
        <w:tc>
          <w:tcPr>
            <w:tcW w:type="dxa" w:w="2409"/>
            <w:shd w:fill="EEF1FF"/>
            <w:tcW w:w="2100" w:type="dxa"/>
            <w:vAlign w:val="center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Дата и время</w:t>
            </w:r>
          </w:p>
        </w:tc>
        <w:tc>
          <w:tcPr>
            <w:tcW w:type="dxa" w:w="2409"/>
            <w:shd w:fill="EEF1FF"/>
            <w:tcW w:w="1800" w:type="dxa"/>
            <w:vAlign w:val="center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Сумма</w:t>
            </w:r>
          </w:p>
        </w:tc>
        <w:tc>
          <w:tcPr>
            <w:tcW w:type="dxa" w:w="2409"/>
            <w:shd w:fill="EEF1FF"/>
            <w:tcW w:w="2000" w:type="dxa"/>
            <w:vAlign w:val="center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Способ</w:t>
            </w:r>
          </w:p>
        </w:tc>
        <w:tc>
          <w:tcPr>
            <w:tcW w:type="dxa" w:w="2409"/>
            <w:shd w:fill="EEF1FF"/>
            <w:tcW w:w="3460" w:type="dxa"/>
            <w:vAlign w:val="center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Комментарий</w:t>
            </w:r>
          </w:p>
        </w:tc>
      </w:tr>
      <w:tr>
        <w:tc>
          <w:tcPr>
            <w:tcW w:type="dxa" w:w="2409"/>
            <w:tcW w:w="2100" w:type="dxa"/>
            <w:vAlign w:val="center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{{#payments}}{{payment.datetime}}</w:t>
            </w:r>
          </w:p>
        </w:tc>
        <w:tc>
          <w:tcPr>
            <w:tcW w:type="dxa" w:w="2409"/>
            <w:tcW w:w="1800" w:type="dxa"/>
            <w:vAlign w:val="center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{{payment.amount}}</w:t>
            </w:r>
          </w:p>
        </w:tc>
        <w:tc>
          <w:tcPr>
            <w:tcW w:type="dxa" w:w="2409"/>
            <w:tcW w:w="2000" w:type="dxa"/>
            <w:vAlign w:val="center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{{payment.method}}</w:t>
            </w:r>
          </w:p>
        </w:tc>
        <w:tc>
          <w:tcPr>
            <w:tcW w:type="dxa" w:w="2409"/>
            <w:tcW w:w="3460" w:type="dxa"/>
            <w:vAlign w:val="center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{{payment.comment}}{{/payments}}</w:t>
            </w:r>
          </w:p>
        </w:tc>
      </w:tr>
    </w:tbl>
    <w:p>
      <w:pPr>
        <w:spacing w:after="120" w:line="276" w:lineRule="auto"/>
      </w:pPr>
      <w:r>
        <w:rPr>
          <w:rFonts w:ascii="Arial" w:hAnsi="Arial" w:eastAsia="Arial"/>
          <w:b w:val="0"/>
          <w:sz w:val="21"/>
        </w:rPr>
        <w:t>Дата формирования: {{document.generated_date}} {{document.generated_time}}. Подпись: __________________ / {{owner.full_name|line}} /</w:t>
      </w:r>
    </w:p>
    <w:p>
      <w:r>
        <w:br w:type="page"/>
      </w:r>
    </w:p>
    <w:p>
      <w:pPr>
        <w:spacing w:after="80"/>
        <w:jc w:val="center"/>
      </w:pPr>
      <w:r>
        <w:rPr>
          <w:rFonts w:ascii="Arial" w:hAnsi="Arial" w:eastAsia="Arial"/>
          <w:b/>
          <w:color w:val="162742"/>
          <w:sz w:val="36"/>
        </w:rPr>
        <w:t>АКТ ПРИЁМА-ПЕРЕДАЧИ</w:t>
      </w:r>
    </w:p>
    <w:p>
      <w:pPr>
        <w:spacing w:after="280"/>
        <w:jc w:val="center"/>
      </w:pPr>
      <w:r>
        <w:rPr>
          <w:rFonts w:ascii="Arial" w:hAnsi="Arial" w:eastAsia="Arial"/>
          <w:b w:val="0"/>
          <w:color w:val="5C6777"/>
          <w:sz w:val="19"/>
        </w:rPr>
        <w:t>{{document.city|line}} • {{document.date}}</w:t>
      </w:r>
    </w:p>
    <w:p>
      <w:pPr>
        <w:spacing w:after="120" w:line="276" w:lineRule="auto"/>
      </w:pPr>
      <w:r>
        <w:rPr>
          <w:rFonts w:ascii="Arial" w:hAnsi="Arial" w:eastAsia="Arial"/>
          <w:b w:val="0"/>
          <w:sz w:val="21"/>
        </w:rPr>
        <w:t>Наймодатель передал, а Наниматель принял помещение {{object.name}} / {{unit.name}} по адресу {{unit.address|line}}.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2700"/>
        <w:gridCol w:w="6660"/>
      </w:tblGrid>
      <w:tr>
        <w:tc>
          <w:tcPr>
            <w:tcW w:type="dxa" w:w="4819"/>
            <w:shd w:fill="EEF1FF"/>
            <w:tcW w:w="2700" w:type="dxa"/>
            <w:vAlign w:val="center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Состояние и описание</w:t>
            </w:r>
          </w:p>
        </w:tc>
        <w:tc>
          <w:tcPr>
            <w:tcW w:type="dxa" w:w="4819"/>
            <w:tcW w:w="6660" w:type="dxa"/>
            <w:vAlign w:val="center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{{unit.description|line}}</w:t>
            </w:r>
          </w:p>
        </w:tc>
      </w:tr>
      <w:tr>
        <w:tc>
          <w:tcPr>
            <w:tcW w:type="dxa" w:w="4819"/>
            <w:shd w:fill="EEF1FF"/>
            <w:tcW w:w="2700" w:type="dxa"/>
            <w:vAlign w:val="center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Количество гостей</w:t>
            </w:r>
          </w:p>
        </w:tc>
        <w:tc>
          <w:tcPr>
            <w:tcW w:type="dxa" w:w="4819"/>
            <w:tcW w:w="6660" w:type="dxa"/>
            <w:vAlign w:val="center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{{booking.guests_count}}</w:t>
            </w:r>
          </w:p>
        </w:tc>
      </w:tr>
      <w:tr>
        <w:tc>
          <w:tcPr>
            <w:tcW w:type="dxa" w:w="4819"/>
            <w:shd w:fill="EEF1FF"/>
            <w:tcW w:w="2700" w:type="dxa"/>
            <w:vAlign w:val="center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Цель проживания</w:t>
            </w:r>
          </w:p>
        </w:tc>
        <w:tc>
          <w:tcPr>
            <w:tcW w:type="dxa" w:w="4819"/>
            <w:tcW w:w="6660" w:type="dxa"/>
            <w:vAlign w:val="center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{{booking.stay_purpose|line}}</w:t>
            </w:r>
          </w:p>
        </w:tc>
      </w:tr>
      <w:tr>
        <w:tc>
          <w:tcPr>
            <w:tcW w:type="dxa" w:w="4819"/>
            <w:shd w:fill="EEF1FF"/>
            <w:tcW w:w="2700" w:type="dxa"/>
            <w:vAlign w:val="center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Особые условия</w:t>
            </w:r>
          </w:p>
        </w:tc>
        <w:tc>
          <w:tcPr>
            <w:tcW w:type="dxa" w:w="4819"/>
            <w:tcW w:w="6660" w:type="dxa"/>
            <w:vAlign w:val="center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{{booking.special_conditions|line}}</w:t>
            </w:r>
          </w:p>
        </w:tc>
      </w:tr>
      <w:tr>
        <w:tc>
          <w:tcPr>
            <w:tcW w:type="dxa" w:w="4819"/>
            <w:shd w:fill="EEF1FF"/>
            <w:tcW w:w="2700" w:type="dxa"/>
            <w:vAlign w:val="center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Обеспечительный платёж прописью</w:t>
            </w:r>
          </w:p>
        </w:tc>
        <w:tc>
          <w:tcPr>
            <w:tcW w:type="dxa" w:w="4819"/>
            <w:tcW w:w="6660" w:type="dxa"/>
            <w:vAlign w:val="center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{{booking.security_deposit_words|line}}</w:t>
            </w:r>
          </w:p>
        </w:tc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4680"/>
        <w:gridCol w:w="4680"/>
      </w:tblGrid>
      <w:tr>
        <w:tc>
          <w:tcPr>
            <w:tcW w:type="dxa" w:w="4819"/>
            <w:shd w:fill="EEF1FF"/>
            <w:tcW w:w="4680" w:type="dxa"/>
            <w:vAlign w:val="center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НАЙМОДАТЕЛЬ</w:t>
              <w:br/>
              <w:t>{{owner.full_name}}</w:t>
              <w:br/>
              <w:t>Паспорт: {{owner.passport_number|line}}</w:t>
              <w:br/>
              <w:t>Выдан: {{owner.passport_issued_by|line}}</w:t>
              <w:br/>
              <w:t>Адрес: {{owner.registration_address|line}}</w:t>
              <w:br/>
              <w:t>Тел.: {{owner.phone|line}}</w:t>
            </w:r>
          </w:p>
        </w:tc>
        <w:tc>
          <w:tcPr>
            <w:tcW w:type="dxa" w:w="4819"/>
            <w:shd w:fill="EEF1FF"/>
            <w:tcW w:w="4680" w:type="dxa"/>
            <w:vAlign w:val="center"/>
          </w:tcPr>
          <w:p>
            <w:pPr>
              <w:spacing w:after="40"/>
            </w:pPr>
            <w:r>
              <w:rPr>
                <w:rFonts w:ascii="Arial" w:hAnsi="Arial" w:eastAsia="Arial"/>
                <w:b w:val="0"/>
                <w:sz w:val="19"/>
              </w:rPr>
              <w:t>НАНИМАТЕЛЬ</w:t>
              <w:br/>
              <w:t>{{guest.full_name}}</w:t>
              <w:br/>
              <w:t>Паспорт: {{guest.passport_full|line}}</w:t>
              <w:br/>
              <w:t>Выдан: {{guest.passport_issued_by|line}}</w:t>
              <w:br/>
              <w:t>Адрес: {{guest.registration_address|line}}</w:t>
              <w:br/>
              <w:t>Тел.: {{guest.phone|line}}</w:t>
            </w:r>
          </w:p>
        </w:tc>
      </w:tr>
    </w:tbl>
    <w:p>
      <w:r>
        <w:br w:type="page"/>
      </w:r>
    </w:p>
    <w:p>
      <w:pPr>
        <w:spacing w:after="80"/>
        <w:jc w:val="center"/>
      </w:pPr>
      <w:r>
        <w:rPr>
          <w:rFonts w:ascii="Arial" w:hAnsi="Arial" w:eastAsia="Arial"/>
          <w:b/>
          <w:color w:val="162742"/>
          <w:sz w:val="36"/>
        </w:rPr>
        <w:t>ПАМЯТКА ГОСТЮ</w:t>
      </w:r>
    </w:p>
    <w:p>
      <w:pPr>
        <w:spacing w:after="280"/>
        <w:jc w:val="center"/>
      </w:pPr>
      <w:r>
        <w:rPr>
          <w:rFonts w:ascii="Arial" w:hAnsi="Arial" w:eastAsia="Arial"/>
          <w:b w:val="0"/>
          <w:color w:val="5C6777"/>
          <w:sz w:val="19"/>
        </w:rPr>
        <w:t>{{object.name}} • {{unit.name}}</w:t>
      </w:r>
    </w:p>
    <w:p>
      <w:pPr>
        <w:pStyle w:val="Heading1"/>
        <w:spacing w:before="240" w:after="120"/>
      </w:pPr>
      <w:r>
        <w:rPr>
          <w:rFonts w:ascii="Arial" w:hAnsi="Arial" w:eastAsia="Arial"/>
          <w:b/>
          <w:color w:val="162742"/>
          <w:sz w:val="26"/>
        </w:rPr>
        <w:t>Контакты</w:t>
      </w:r>
    </w:p>
    <w:p>
      <w:pPr>
        <w:spacing w:after="120" w:line="276" w:lineRule="auto"/>
      </w:pPr>
      <w:r>
        <w:rPr>
          <w:rFonts w:ascii="Arial" w:hAnsi="Arial" w:eastAsia="Arial"/>
          <w:b w:val="0"/>
          <w:sz w:val="21"/>
        </w:rPr>
        <w:t>Владелец: {{owner.full_name|line}}, телефон {{owner.phone|line}}, email {{owner.email|line}}.</w:t>
      </w:r>
    </w:p>
    <w:p>
      <w:pPr>
        <w:spacing w:after="120" w:line="276" w:lineRule="auto"/>
      </w:pPr>
      <w:r>
        <w:rPr>
          <w:rFonts w:ascii="Arial" w:hAnsi="Arial" w:eastAsia="Arial"/>
          <w:b w:val="0"/>
          <w:sz w:val="21"/>
        </w:rPr>
        <w:t>Гость: {{guest.full_name}}, телефон {{guest.phone}}, email {{guest.email}}, дата рождения {{guest.birth_date}}.</w:t>
      </w:r>
    </w:p>
    <w:p>
      <w:pPr>
        <w:pStyle w:val="Heading1"/>
        <w:spacing w:before="240" w:after="120"/>
      </w:pPr>
      <w:r>
        <w:rPr>
          <w:rFonts w:ascii="Arial" w:hAnsi="Arial" w:eastAsia="Arial"/>
          <w:b/>
          <w:color w:val="162742"/>
          <w:sz w:val="26"/>
        </w:rPr>
        <w:t>Заезд и проживание</w:t>
      </w:r>
    </w:p>
    <w:p>
      <w:pPr>
        <w:spacing w:after="120" w:line="276" w:lineRule="auto"/>
      </w:pPr>
      <w:r>
        <w:rPr>
          <w:rFonts w:ascii="Arial" w:hAnsi="Arial" w:eastAsia="Arial"/>
          <w:b w:val="0"/>
          <w:sz w:val="21"/>
        </w:rPr>
        <w:t>Заезд {{booking.check_in_date}} в {{booking.check_in_time}}, выезд {{booking.check_out_date}} в {{booking.check_out_time}}. Адрес: {{unit.address|line}}.</w:t>
      </w:r>
    </w:p>
    <w:p>
      <w:pPr>
        <w:spacing w:after="120" w:line="276" w:lineRule="auto"/>
      </w:pPr>
      <w:r>
        <w:rPr>
          <w:rFonts w:ascii="Arial" w:hAnsi="Arial" w:eastAsia="Arial"/>
          <w:b w:val="0"/>
          <w:sz w:val="21"/>
        </w:rPr>
        <w:t>Правила: {{unit.house_rules|line}}</w:t>
      </w:r>
    </w:p>
    <w:p>
      <w:pPr>
        <w:spacing w:after="120" w:line="276" w:lineRule="auto"/>
      </w:pPr>
      <w:r>
        <w:rPr>
          <w:rFonts w:ascii="Arial" w:hAnsi="Arial" w:eastAsia="Arial"/>
          <w:b w:val="0"/>
          <w:sz w:val="21"/>
        </w:rPr>
        <w:t>Ключи: {{unit.key_handover|line}}</w:t>
      </w:r>
    </w:p>
    <w:p>
      <w:r>
        <w:br w:type="page"/>
      </w:r>
    </w:p>
    <w:p>
      <w:pPr>
        <w:spacing w:after="80"/>
        <w:jc w:val="center"/>
      </w:pPr>
      <w:r>
        <w:rPr>
          <w:rFonts w:ascii="Arial" w:hAnsi="Arial" w:eastAsia="Arial"/>
          <w:b/>
          <w:color w:val="162742"/>
          <w:sz w:val="36"/>
        </w:rPr>
        <w:t>ПРИЛОЖЕНИЕ: КАТАЛОГ ПЕРЕМЕННЫХ</w:t>
      </w:r>
    </w:p>
    <w:p>
      <w:pPr>
        <w:spacing w:after="280"/>
        <w:jc w:val="center"/>
      </w:pPr>
      <w:r>
        <w:rPr>
          <w:rFonts w:ascii="Arial" w:hAnsi="Arial" w:eastAsia="Arial"/>
          <w:b w:val="0"/>
          <w:color w:val="5C6777"/>
          <w:sz w:val="19"/>
        </w:rPr>
        <w:t>Все поддерживаемые поля RentAtHome</w:t>
      </w:r>
    </w:p>
    <w:p>
      <w:pPr>
        <w:pStyle w:val="Heading1"/>
        <w:spacing w:before="240" w:after="120"/>
      </w:pPr>
      <w:r>
        <w:rPr>
          <w:rFonts w:ascii="Arial" w:hAnsi="Arial" w:eastAsia="Arial"/>
          <w:b/>
          <w:color w:val="162742"/>
          <w:sz w:val="26"/>
        </w:rPr>
        <w:t>Документ</w:t>
      </w:r>
    </w:p>
    <w:p>
      <w:pPr>
        <w:spacing w:after="60"/>
      </w:pPr>
      <w:r>
        <w:rPr>
          <w:rFonts w:ascii="Arial" w:hAnsi="Arial" w:eastAsia="Arial"/>
          <w:b/>
          <w:color w:val="4F67FF"/>
          <w:sz w:val="18"/>
        </w:rPr>
        <w:t>{{document.number}}</w:t>
      </w:r>
      <w:r>
        <w:rPr>
          <w:rFonts w:ascii="Arial" w:hAnsi="Arial" w:eastAsia="Arial"/>
          <w:b w:val="0"/>
          <w:sz w:val="18"/>
        </w:rPr>
        <w:t xml:space="preserve"> — Номер документа</w:t>
      </w:r>
    </w:p>
    <w:p>
      <w:pPr>
        <w:spacing w:after="60"/>
      </w:pPr>
      <w:r>
        <w:rPr>
          <w:rFonts w:ascii="Arial" w:hAnsi="Arial" w:eastAsia="Arial"/>
          <w:b/>
          <w:color w:val="4F67FF"/>
          <w:sz w:val="18"/>
        </w:rPr>
        <w:t>{{document.date}}</w:t>
      </w:r>
      <w:r>
        <w:rPr>
          <w:rFonts w:ascii="Arial" w:hAnsi="Arial" w:eastAsia="Arial"/>
          <w:b w:val="0"/>
          <w:sz w:val="18"/>
        </w:rPr>
        <w:t xml:space="preserve"> — Дата документа</w:t>
      </w:r>
    </w:p>
    <w:p>
      <w:pPr>
        <w:spacing w:after="60"/>
      </w:pPr>
      <w:r>
        <w:rPr>
          <w:rFonts w:ascii="Arial" w:hAnsi="Arial" w:eastAsia="Arial"/>
          <w:b/>
          <w:color w:val="4F67FF"/>
          <w:sz w:val="18"/>
        </w:rPr>
        <w:t>{{document.city}}</w:t>
      </w:r>
      <w:r>
        <w:rPr>
          <w:rFonts w:ascii="Arial" w:hAnsi="Arial" w:eastAsia="Arial"/>
          <w:b w:val="0"/>
          <w:sz w:val="18"/>
        </w:rPr>
        <w:t xml:space="preserve"> — Город составления</w:t>
      </w:r>
    </w:p>
    <w:p>
      <w:pPr>
        <w:spacing w:after="60"/>
      </w:pPr>
      <w:r>
        <w:rPr>
          <w:rFonts w:ascii="Arial" w:hAnsi="Arial" w:eastAsia="Arial"/>
          <w:b/>
          <w:color w:val="4F67FF"/>
          <w:sz w:val="18"/>
        </w:rPr>
        <w:t>{{document.type}}</w:t>
      </w:r>
      <w:r>
        <w:rPr>
          <w:rFonts w:ascii="Arial" w:hAnsi="Arial" w:eastAsia="Arial"/>
          <w:b w:val="0"/>
          <w:sz w:val="18"/>
        </w:rPr>
        <w:t xml:space="preserve"> — Тип документа</w:t>
      </w:r>
    </w:p>
    <w:p>
      <w:pPr>
        <w:spacing w:after="60"/>
      </w:pPr>
      <w:r>
        <w:rPr>
          <w:rFonts w:ascii="Arial" w:hAnsi="Arial" w:eastAsia="Arial"/>
          <w:b/>
          <w:color w:val="4F67FF"/>
          <w:sz w:val="18"/>
        </w:rPr>
        <w:t>{{document.generated_date}}</w:t>
      </w:r>
      <w:r>
        <w:rPr>
          <w:rFonts w:ascii="Arial" w:hAnsi="Arial" w:eastAsia="Arial"/>
          <w:b w:val="0"/>
          <w:sz w:val="18"/>
        </w:rPr>
        <w:t xml:space="preserve"> — Дата формирования</w:t>
      </w:r>
    </w:p>
    <w:p>
      <w:pPr>
        <w:spacing w:after="60"/>
      </w:pPr>
      <w:r>
        <w:rPr>
          <w:rFonts w:ascii="Arial" w:hAnsi="Arial" w:eastAsia="Arial"/>
          <w:b/>
          <w:color w:val="4F67FF"/>
          <w:sz w:val="18"/>
        </w:rPr>
        <w:t>{{document.generated_time}}</w:t>
      </w:r>
      <w:r>
        <w:rPr>
          <w:rFonts w:ascii="Arial" w:hAnsi="Arial" w:eastAsia="Arial"/>
          <w:b w:val="0"/>
          <w:sz w:val="18"/>
        </w:rPr>
        <w:t xml:space="preserve"> — Время формирования</w:t>
      </w:r>
    </w:p>
    <w:p>
      <w:pPr>
        <w:pStyle w:val="Heading1"/>
        <w:spacing w:before="240" w:after="120"/>
      </w:pPr>
      <w:r>
        <w:rPr>
          <w:rFonts w:ascii="Arial" w:hAnsi="Arial" w:eastAsia="Arial"/>
          <w:b/>
          <w:color w:val="162742"/>
          <w:sz w:val="26"/>
        </w:rPr>
        <w:t>Владелец</w:t>
      </w:r>
    </w:p>
    <w:p>
      <w:pPr>
        <w:spacing w:after="60"/>
      </w:pPr>
      <w:r>
        <w:rPr>
          <w:rFonts w:ascii="Arial" w:hAnsi="Arial" w:eastAsia="Arial"/>
          <w:b/>
          <w:color w:val="4F67FF"/>
          <w:sz w:val="18"/>
        </w:rPr>
        <w:t>{{owner.full_name}}</w:t>
      </w:r>
      <w:r>
        <w:rPr>
          <w:rFonts w:ascii="Arial" w:hAnsi="Arial" w:eastAsia="Arial"/>
          <w:b w:val="0"/>
          <w:sz w:val="18"/>
        </w:rPr>
        <w:t xml:space="preserve"> — ФИО владельца</w:t>
      </w:r>
    </w:p>
    <w:p>
      <w:pPr>
        <w:spacing w:after="60"/>
      </w:pPr>
      <w:r>
        <w:rPr>
          <w:rFonts w:ascii="Arial" w:hAnsi="Arial" w:eastAsia="Arial"/>
          <w:b/>
          <w:color w:val="4F67FF"/>
          <w:sz w:val="18"/>
        </w:rPr>
        <w:t>{{owner.phone}}</w:t>
      </w:r>
      <w:r>
        <w:rPr>
          <w:rFonts w:ascii="Arial" w:hAnsi="Arial" w:eastAsia="Arial"/>
          <w:b w:val="0"/>
          <w:sz w:val="18"/>
        </w:rPr>
        <w:t xml:space="preserve"> — Телефон владельца</w:t>
      </w:r>
    </w:p>
    <w:p>
      <w:pPr>
        <w:spacing w:after="60"/>
      </w:pPr>
      <w:r>
        <w:rPr>
          <w:rFonts w:ascii="Arial" w:hAnsi="Arial" w:eastAsia="Arial"/>
          <w:b/>
          <w:color w:val="4F67FF"/>
          <w:sz w:val="18"/>
        </w:rPr>
        <w:t>{{owner.email}}</w:t>
      </w:r>
      <w:r>
        <w:rPr>
          <w:rFonts w:ascii="Arial" w:hAnsi="Arial" w:eastAsia="Arial"/>
          <w:b w:val="0"/>
          <w:sz w:val="18"/>
        </w:rPr>
        <w:t xml:space="preserve"> — Email владельца</w:t>
      </w:r>
    </w:p>
    <w:p>
      <w:pPr>
        <w:spacing w:after="60"/>
      </w:pPr>
      <w:r>
        <w:rPr>
          <w:rFonts w:ascii="Arial" w:hAnsi="Arial" w:eastAsia="Arial"/>
          <w:b/>
          <w:color w:val="4F67FF"/>
          <w:sz w:val="18"/>
        </w:rPr>
        <w:t>{{owner.passport_number}}</w:t>
      </w:r>
      <w:r>
        <w:rPr>
          <w:rFonts w:ascii="Arial" w:hAnsi="Arial" w:eastAsia="Arial"/>
          <w:b w:val="0"/>
          <w:sz w:val="18"/>
        </w:rPr>
        <w:t xml:space="preserve"> — Паспорт владельца</w:t>
      </w:r>
    </w:p>
    <w:p>
      <w:pPr>
        <w:spacing w:after="60"/>
      </w:pPr>
      <w:r>
        <w:rPr>
          <w:rFonts w:ascii="Arial" w:hAnsi="Arial" w:eastAsia="Arial"/>
          <w:b/>
          <w:color w:val="4F67FF"/>
          <w:sz w:val="18"/>
        </w:rPr>
        <w:t>{{owner.passport_issued_by}}</w:t>
      </w:r>
      <w:r>
        <w:rPr>
          <w:rFonts w:ascii="Arial" w:hAnsi="Arial" w:eastAsia="Arial"/>
          <w:b w:val="0"/>
          <w:sz w:val="18"/>
        </w:rPr>
        <w:t xml:space="preserve"> — Кем выдан паспорт владельца</w:t>
      </w:r>
    </w:p>
    <w:p>
      <w:pPr>
        <w:spacing w:after="60"/>
      </w:pPr>
      <w:r>
        <w:rPr>
          <w:rFonts w:ascii="Arial" w:hAnsi="Arial" w:eastAsia="Arial"/>
          <w:b/>
          <w:color w:val="4F67FF"/>
          <w:sz w:val="18"/>
        </w:rPr>
        <w:t>{{owner.passport_issued_date}}</w:t>
      </w:r>
      <w:r>
        <w:rPr>
          <w:rFonts w:ascii="Arial" w:hAnsi="Arial" w:eastAsia="Arial"/>
          <w:b w:val="0"/>
          <w:sz w:val="18"/>
        </w:rPr>
        <w:t xml:space="preserve"> — Дата выдачи паспорта владельца</w:t>
      </w:r>
    </w:p>
    <w:p>
      <w:pPr>
        <w:spacing w:after="60"/>
      </w:pPr>
      <w:r>
        <w:rPr>
          <w:rFonts w:ascii="Arial" w:hAnsi="Arial" w:eastAsia="Arial"/>
          <w:b/>
          <w:color w:val="4F67FF"/>
          <w:sz w:val="18"/>
        </w:rPr>
        <w:t>{{owner.passport_subdivision_code}}</w:t>
      </w:r>
      <w:r>
        <w:rPr>
          <w:rFonts w:ascii="Arial" w:hAnsi="Arial" w:eastAsia="Arial"/>
          <w:b w:val="0"/>
          <w:sz w:val="18"/>
        </w:rPr>
        <w:t xml:space="preserve"> — Код подразделения владельца</w:t>
      </w:r>
    </w:p>
    <w:p>
      <w:pPr>
        <w:spacing w:after="60"/>
      </w:pPr>
      <w:r>
        <w:rPr>
          <w:rFonts w:ascii="Arial" w:hAnsi="Arial" w:eastAsia="Arial"/>
          <w:b/>
          <w:color w:val="4F67FF"/>
          <w:sz w:val="18"/>
        </w:rPr>
        <w:t>{{owner.registration_address}}</w:t>
      </w:r>
      <w:r>
        <w:rPr>
          <w:rFonts w:ascii="Arial" w:hAnsi="Arial" w:eastAsia="Arial"/>
          <w:b w:val="0"/>
          <w:sz w:val="18"/>
        </w:rPr>
        <w:t xml:space="preserve"> — Адрес регистрации владельца</w:t>
      </w:r>
    </w:p>
    <w:p>
      <w:pPr>
        <w:spacing w:after="60"/>
      </w:pPr>
      <w:r>
        <w:rPr>
          <w:rFonts w:ascii="Arial" w:hAnsi="Arial" w:eastAsia="Arial"/>
          <w:b/>
          <w:color w:val="4F67FF"/>
          <w:sz w:val="18"/>
        </w:rPr>
        <w:t>{{owner.authority_basis}}</w:t>
      </w:r>
      <w:r>
        <w:rPr>
          <w:rFonts w:ascii="Arial" w:hAnsi="Arial" w:eastAsia="Arial"/>
          <w:b w:val="0"/>
          <w:sz w:val="18"/>
        </w:rPr>
        <w:t xml:space="preserve"> — Основание владения или полномочий</w:t>
      </w:r>
    </w:p>
    <w:p>
      <w:pPr>
        <w:pStyle w:val="Heading1"/>
        <w:spacing w:before="240" w:after="120"/>
      </w:pPr>
      <w:r>
        <w:rPr>
          <w:rFonts w:ascii="Arial" w:hAnsi="Arial" w:eastAsia="Arial"/>
          <w:b/>
          <w:color w:val="162742"/>
          <w:sz w:val="26"/>
        </w:rPr>
        <w:t>Гость</w:t>
      </w:r>
    </w:p>
    <w:p>
      <w:pPr>
        <w:spacing w:after="60"/>
      </w:pPr>
      <w:r>
        <w:rPr>
          <w:rFonts w:ascii="Arial" w:hAnsi="Arial" w:eastAsia="Arial"/>
          <w:b/>
          <w:color w:val="4F67FF"/>
          <w:sz w:val="18"/>
        </w:rPr>
        <w:t>{{guest.full_name}}</w:t>
      </w:r>
      <w:r>
        <w:rPr>
          <w:rFonts w:ascii="Arial" w:hAnsi="Arial" w:eastAsia="Arial"/>
          <w:b w:val="0"/>
          <w:sz w:val="18"/>
        </w:rPr>
        <w:t xml:space="preserve"> — ФИО гостя</w:t>
      </w:r>
    </w:p>
    <w:p>
      <w:pPr>
        <w:spacing w:after="60"/>
      </w:pPr>
      <w:r>
        <w:rPr>
          <w:rFonts w:ascii="Arial" w:hAnsi="Arial" w:eastAsia="Arial"/>
          <w:b/>
          <w:color w:val="4F67FF"/>
          <w:sz w:val="18"/>
        </w:rPr>
        <w:t>{{guest.phone}}</w:t>
      </w:r>
      <w:r>
        <w:rPr>
          <w:rFonts w:ascii="Arial" w:hAnsi="Arial" w:eastAsia="Arial"/>
          <w:b w:val="0"/>
          <w:sz w:val="18"/>
        </w:rPr>
        <w:t xml:space="preserve"> — Телефон гостя</w:t>
      </w:r>
    </w:p>
    <w:p>
      <w:pPr>
        <w:spacing w:after="60"/>
      </w:pPr>
      <w:r>
        <w:rPr>
          <w:rFonts w:ascii="Arial" w:hAnsi="Arial" w:eastAsia="Arial"/>
          <w:b/>
          <w:color w:val="4F67FF"/>
          <w:sz w:val="18"/>
        </w:rPr>
        <w:t>{{guest.email}}</w:t>
      </w:r>
      <w:r>
        <w:rPr>
          <w:rFonts w:ascii="Arial" w:hAnsi="Arial" w:eastAsia="Arial"/>
          <w:b w:val="0"/>
          <w:sz w:val="18"/>
        </w:rPr>
        <w:t xml:space="preserve"> — Email гостя</w:t>
      </w:r>
    </w:p>
    <w:p>
      <w:pPr>
        <w:spacing w:after="60"/>
      </w:pPr>
      <w:r>
        <w:rPr>
          <w:rFonts w:ascii="Arial" w:hAnsi="Arial" w:eastAsia="Arial"/>
          <w:b/>
          <w:color w:val="4F67FF"/>
          <w:sz w:val="18"/>
        </w:rPr>
        <w:t>{{guest.birth_date}}</w:t>
      </w:r>
      <w:r>
        <w:rPr>
          <w:rFonts w:ascii="Arial" w:hAnsi="Arial" w:eastAsia="Arial"/>
          <w:b w:val="0"/>
          <w:sz w:val="18"/>
        </w:rPr>
        <w:t xml:space="preserve"> — Дата рождения гостя</w:t>
      </w:r>
    </w:p>
    <w:p>
      <w:pPr>
        <w:spacing w:after="60"/>
      </w:pPr>
      <w:r>
        <w:rPr>
          <w:rFonts w:ascii="Arial" w:hAnsi="Arial" w:eastAsia="Arial"/>
          <w:b/>
          <w:color w:val="4F67FF"/>
          <w:sz w:val="18"/>
        </w:rPr>
        <w:t>{{guest.passport_legacy}}</w:t>
      </w:r>
      <w:r>
        <w:rPr>
          <w:rFonts w:ascii="Arial" w:hAnsi="Arial" w:eastAsia="Arial"/>
          <w:b w:val="0"/>
          <w:sz w:val="18"/>
        </w:rPr>
        <w:t xml:space="preserve"> — Паспорт гостя из старого поля</w:t>
      </w:r>
    </w:p>
    <w:p>
      <w:pPr>
        <w:spacing w:after="60"/>
      </w:pPr>
      <w:r>
        <w:rPr>
          <w:rFonts w:ascii="Arial" w:hAnsi="Arial" w:eastAsia="Arial"/>
          <w:b/>
          <w:color w:val="4F67FF"/>
          <w:sz w:val="18"/>
        </w:rPr>
        <w:t>{{guest.passport_series}}</w:t>
      </w:r>
      <w:r>
        <w:rPr>
          <w:rFonts w:ascii="Arial" w:hAnsi="Arial" w:eastAsia="Arial"/>
          <w:b w:val="0"/>
          <w:sz w:val="18"/>
        </w:rPr>
        <w:t xml:space="preserve"> — Серия паспорта гостя</w:t>
      </w:r>
    </w:p>
    <w:p>
      <w:pPr>
        <w:spacing w:after="60"/>
      </w:pPr>
      <w:r>
        <w:rPr>
          <w:rFonts w:ascii="Arial" w:hAnsi="Arial" w:eastAsia="Arial"/>
          <w:b/>
          <w:color w:val="4F67FF"/>
          <w:sz w:val="18"/>
        </w:rPr>
        <w:t>{{guest.passport_number}}</w:t>
      </w:r>
      <w:r>
        <w:rPr>
          <w:rFonts w:ascii="Arial" w:hAnsi="Arial" w:eastAsia="Arial"/>
          <w:b w:val="0"/>
          <w:sz w:val="18"/>
        </w:rPr>
        <w:t xml:space="preserve"> — Номер паспорта гостя</w:t>
      </w:r>
    </w:p>
    <w:p>
      <w:pPr>
        <w:spacing w:after="60"/>
      </w:pPr>
      <w:r>
        <w:rPr>
          <w:rFonts w:ascii="Arial" w:hAnsi="Arial" w:eastAsia="Arial"/>
          <w:b/>
          <w:color w:val="4F67FF"/>
          <w:sz w:val="18"/>
        </w:rPr>
        <w:t>{{guest.passport_full}}</w:t>
      </w:r>
      <w:r>
        <w:rPr>
          <w:rFonts w:ascii="Arial" w:hAnsi="Arial" w:eastAsia="Arial"/>
          <w:b w:val="0"/>
          <w:sz w:val="18"/>
        </w:rPr>
        <w:t xml:space="preserve"> — Серия и номер паспорта гостя</w:t>
      </w:r>
    </w:p>
    <w:p>
      <w:pPr>
        <w:spacing w:after="60"/>
      </w:pPr>
      <w:r>
        <w:rPr>
          <w:rFonts w:ascii="Arial" w:hAnsi="Arial" w:eastAsia="Arial"/>
          <w:b/>
          <w:color w:val="4F67FF"/>
          <w:sz w:val="18"/>
        </w:rPr>
        <w:t>{{guest.passport_issued_by}}</w:t>
      </w:r>
      <w:r>
        <w:rPr>
          <w:rFonts w:ascii="Arial" w:hAnsi="Arial" w:eastAsia="Arial"/>
          <w:b w:val="0"/>
          <w:sz w:val="18"/>
        </w:rPr>
        <w:t xml:space="preserve"> — Кем выдан паспорт гостя</w:t>
      </w:r>
    </w:p>
    <w:p>
      <w:pPr>
        <w:spacing w:after="60"/>
      </w:pPr>
      <w:r>
        <w:rPr>
          <w:rFonts w:ascii="Arial" w:hAnsi="Arial" w:eastAsia="Arial"/>
          <w:b/>
          <w:color w:val="4F67FF"/>
          <w:sz w:val="18"/>
        </w:rPr>
        <w:t>{{guest.passport_issued_date}}</w:t>
      </w:r>
      <w:r>
        <w:rPr>
          <w:rFonts w:ascii="Arial" w:hAnsi="Arial" w:eastAsia="Arial"/>
          <w:b w:val="0"/>
          <w:sz w:val="18"/>
        </w:rPr>
        <w:t xml:space="preserve"> — Дата выдачи паспорта гостя</w:t>
      </w:r>
    </w:p>
    <w:p>
      <w:pPr>
        <w:spacing w:after="60"/>
      </w:pPr>
      <w:r>
        <w:rPr>
          <w:rFonts w:ascii="Arial" w:hAnsi="Arial" w:eastAsia="Arial"/>
          <w:b/>
          <w:color w:val="4F67FF"/>
          <w:sz w:val="18"/>
        </w:rPr>
        <w:t>{{guest.passport_subdivision_code}}</w:t>
      </w:r>
      <w:r>
        <w:rPr>
          <w:rFonts w:ascii="Arial" w:hAnsi="Arial" w:eastAsia="Arial"/>
          <w:b w:val="0"/>
          <w:sz w:val="18"/>
        </w:rPr>
        <w:t xml:space="preserve"> — Код подразделения гостя</w:t>
      </w:r>
    </w:p>
    <w:p>
      <w:pPr>
        <w:spacing w:after="60"/>
      </w:pPr>
      <w:r>
        <w:rPr>
          <w:rFonts w:ascii="Arial" w:hAnsi="Arial" w:eastAsia="Arial"/>
          <w:b/>
          <w:color w:val="4F67FF"/>
          <w:sz w:val="18"/>
        </w:rPr>
        <w:t>{{guest.registration_address}}</w:t>
      </w:r>
      <w:r>
        <w:rPr>
          <w:rFonts w:ascii="Arial" w:hAnsi="Arial" w:eastAsia="Arial"/>
          <w:b w:val="0"/>
          <w:sz w:val="18"/>
        </w:rPr>
        <w:t xml:space="preserve"> — Адрес регистрации гостя</w:t>
      </w:r>
    </w:p>
    <w:p>
      <w:pPr>
        <w:spacing w:after="60"/>
      </w:pPr>
      <w:r>
        <w:rPr>
          <w:rFonts w:ascii="Arial" w:hAnsi="Arial" w:eastAsia="Arial"/>
          <w:b/>
          <w:color w:val="4F67FF"/>
          <w:sz w:val="18"/>
        </w:rPr>
        <w:t>{{guest.note}}</w:t>
      </w:r>
      <w:r>
        <w:rPr>
          <w:rFonts w:ascii="Arial" w:hAnsi="Arial" w:eastAsia="Arial"/>
          <w:b w:val="0"/>
          <w:sz w:val="18"/>
        </w:rPr>
        <w:t xml:space="preserve"> — Примечание о госте</w:t>
      </w:r>
    </w:p>
    <w:p>
      <w:pPr>
        <w:pStyle w:val="Heading1"/>
        <w:spacing w:before="240" w:after="120"/>
      </w:pPr>
      <w:r>
        <w:rPr>
          <w:rFonts w:ascii="Arial" w:hAnsi="Arial" w:eastAsia="Arial"/>
          <w:b/>
          <w:color w:val="162742"/>
          <w:sz w:val="26"/>
        </w:rPr>
        <w:t>Объект</w:t>
      </w:r>
    </w:p>
    <w:p>
      <w:pPr>
        <w:spacing w:after="60"/>
      </w:pPr>
      <w:r>
        <w:rPr>
          <w:rFonts w:ascii="Arial" w:hAnsi="Arial" w:eastAsia="Arial"/>
          <w:b/>
          <w:color w:val="4F67FF"/>
          <w:sz w:val="18"/>
        </w:rPr>
        <w:t>{{object.name}}</w:t>
      </w:r>
      <w:r>
        <w:rPr>
          <w:rFonts w:ascii="Arial" w:hAnsi="Arial" w:eastAsia="Arial"/>
          <w:b w:val="0"/>
          <w:sz w:val="18"/>
        </w:rPr>
        <w:t xml:space="preserve"> — Название объекта</w:t>
      </w:r>
    </w:p>
    <w:p>
      <w:pPr>
        <w:spacing w:after="60"/>
      </w:pPr>
      <w:r>
        <w:rPr>
          <w:rFonts w:ascii="Arial" w:hAnsi="Arial" w:eastAsia="Arial"/>
          <w:b/>
          <w:color w:val="4F67FF"/>
          <w:sz w:val="18"/>
        </w:rPr>
        <w:t>{{object.type}}</w:t>
      </w:r>
      <w:r>
        <w:rPr>
          <w:rFonts w:ascii="Arial" w:hAnsi="Arial" w:eastAsia="Arial"/>
          <w:b w:val="0"/>
          <w:sz w:val="18"/>
        </w:rPr>
        <w:t xml:space="preserve"> — Тип объекта</w:t>
      </w:r>
    </w:p>
    <w:p>
      <w:pPr>
        <w:spacing w:after="60"/>
      </w:pPr>
      <w:r>
        <w:rPr>
          <w:rFonts w:ascii="Arial" w:hAnsi="Arial" w:eastAsia="Arial"/>
          <w:b/>
          <w:color w:val="4F67FF"/>
          <w:sz w:val="18"/>
        </w:rPr>
        <w:t>{{object.address}}</w:t>
      </w:r>
      <w:r>
        <w:rPr>
          <w:rFonts w:ascii="Arial" w:hAnsi="Arial" w:eastAsia="Arial"/>
          <w:b w:val="0"/>
          <w:sz w:val="18"/>
        </w:rPr>
        <w:t xml:space="preserve"> — Адрес объекта</w:t>
      </w:r>
    </w:p>
    <w:p>
      <w:pPr>
        <w:spacing w:after="60"/>
      </w:pPr>
      <w:r>
        <w:rPr>
          <w:rFonts w:ascii="Arial" w:hAnsi="Arial" w:eastAsia="Arial"/>
          <w:b/>
          <w:color w:val="4F67FF"/>
          <w:sz w:val="18"/>
        </w:rPr>
        <w:t>{{object.description}}</w:t>
      </w:r>
      <w:r>
        <w:rPr>
          <w:rFonts w:ascii="Arial" w:hAnsi="Arial" w:eastAsia="Arial"/>
          <w:b w:val="0"/>
          <w:sz w:val="18"/>
        </w:rPr>
        <w:t xml:space="preserve"> — Описание объекта</w:t>
      </w:r>
    </w:p>
    <w:p>
      <w:pPr>
        <w:spacing w:after="60"/>
      </w:pPr>
      <w:r>
        <w:rPr>
          <w:rFonts w:ascii="Arial" w:hAnsi="Arial" w:eastAsia="Arial"/>
          <w:b/>
          <w:color w:val="4F67FF"/>
          <w:sz w:val="18"/>
        </w:rPr>
        <w:t>{{object.house_rules}}</w:t>
      </w:r>
      <w:r>
        <w:rPr>
          <w:rFonts w:ascii="Arial" w:hAnsi="Arial" w:eastAsia="Arial"/>
          <w:b w:val="0"/>
          <w:sz w:val="18"/>
        </w:rPr>
        <w:t xml:space="preserve"> — Правила проживания объекта</w:t>
      </w:r>
    </w:p>
    <w:p>
      <w:pPr>
        <w:spacing w:after="60"/>
      </w:pPr>
      <w:r>
        <w:rPr>
          <w:rFonts w:ascii="Arial" w:hAnsi="Arial" w:eastAsia="Arial"/>
          <w:b/>
          <w:color w:val="4F67FF"/>
          <w:sz w:val="18"/>
        </w:rPr>
        <w:t>{{object.check_in_time}}</w:t>
      </w:r>
      <w:r>
        <w:rPr>
          <w:rFonts w:ascii="Arial" w:hAnsi="Arial" w:eastAsia="Arial"/>
          <w:b w:val="0"/>
          <w:sz w:val="18"/>
        </w:rPr>
        <w:t xml:space="preserve"> — Время заезда объекта</w:t>
      </w:r>
    </w:p>
    <w:p>
      <w:pPr>
        <w:spacing w:after="60"/>
      </w:pPr>
      <w:r>
        <w:rPr>
          <w:rFonts w:ascii="Arial" w:hAnsi="Arial" w:eastAsia="Arial"/>
          <w:b/>
          <w:color w:val="4F67FF"/>
          <w:sz w:val="18"/>
        </w:rPr>
        <w:t>{{object.check_out_time}}</w:t>
      </w:r>
      <w:r>
        <w:rPr>
          <w:rFonts w:ascii="Arial" w:hAnsi="Arial" w:eastAsia="Arial"/>
          <w:b w:val="0"/>
          <w:sz w:val="18"/>
        </w:rPr>
        <w:t xml:space="preserve"> — Время выезда объекта</w:t>
      </w:r>
    </w:p>
    <w:p>
      <w:pPr>
        <w:spacing w:after="60"/>
      </w:pPr>
      <w:r>
        <w:rPr>
          <w:rFonts w:ascii="Arial" w:hAnsi="Arial" w:eastAsia="Arial"/>
          <w:b/>
          <w:color w:val="4F67FF"/>
          <w:sz w:val="18"/>
        </w:rPr>
        <w:t>{{object.key_handover}}</w:t>
      </w:r>
      <w:r>
        <w:rPr>
          <w:rFonts w:ascii="Arial" w:hAnsi="Arial" w:eastAsia="Arial"/>
          <w:b w:val="0"/>
          <w:sz w:val="18"/>
        </w:rPr>
        <w:t xml:space="preserve"> — Передача ключей объекта</w:t>
      </w:r>
    </w:p>
    <w:p>
      <w:pPr>
        <w:spacing w:after="60"/>
      </w:pPr>
      <w:r>
        <w:rPr>
          <w:rFonts w:ascii="Arial" w:hAnsi="Arial" w:eastAsia="Arial"/>
          <w:b/>
          <w:color w:val="4F67FF"/>
          <w:sz w:val="18"/>
        </w:rPr>
        <w:t>{{object.daily_price}}</w:t>
      </w:r>
      <w:r>
        <w:rPr>
          <w:rFonts w:ascii="Arial" w:hAnsi="Arial" w:eastAsia="Arial"/>
          <w:b w:val="0"/>
          <w:sz w:val="18"/>
        </w:rPr>
        <w:t xml:space="preserve"> — Посуточный тариф объекта</w:t>
      </w:r>
    </w:p>
    <w:p>
      <w:pPr>
        <w:spacing w:after="60"/>
      </w:pPr>
      <w:r>
        <w:rPr>
          <w:rFonts w:ascii="Arial" w:hAnsi="Arial" w:eastAsia="Arial"/>
          <w:b/>
          <w:color w:val="4F67FF"/>
          <w:sz w:val="18"/>
        </w:rPr>
        <w:t>{{object.monthly_price}}</w:t>
      </w:r>
      <w:r>
        <w:rPr>
          <w:rFonts w:ascii="Arial" w:hAnsi="Arial" w:eastAsia="Arial"/>
          <w:b w:val="0"/>
          <w:sz w:val="18"/>
        </w:rPr>
        <w:t xml:space="preserve"> — Помесячный тариф объекта</w:t>
      </w:r>
    </w:p>
    <w:p>
      <w:pPr>
        <w:pStyle w:val="Heading1"/>
        <w:spacing w:before="240" w:after="120"/>
      </w:pPr>
      <w:r>
        <w:rPr>
          <w:rFonts w:ascii="Arial" w:hAnsi="Arial" w:eastAsia="Arial"/>
          <w:b/>
          <w:color w:val="162742"/>
          <w:sz w:val="26"/>
        </w:rPr>
        <w:t>Лот</w:t>
      </w:r>
    </w:p>
    <w:p>
      <w:pPr>
        <w:spacing w:after="60"/>
      </w:pPr>
      <w:r>
        <w:rPr>
          <w:rFonts w:ascii="Arial" w:hAnsi="Arial" w:eastAsia="Arial"/>
          <w:b/>
          <w:color w:val="4F67FF"/>
          <w:sz w:val="18"/>
        </w:rPr>
        <w:t>{{unit.name}}</w:t>
      </w:r>
      <w:r>
        <w:rPr>
          <w:rFonts w:ascii="Arial" w:hAnsi="Arial" w:eastAsia="Arial"/>
          <w:b w:val="0"/>
          <w:sz w:val="18"/>
        </w:rPr>
        <w:t xml:space="preserve"> — Название лота</w:t>
      </w:r>
    </w:p>
    <w:p>
      <w:pPr>
        <w:spacing w:after="60"/>
      </w:pPr>
      <w:r>
        <w:rPr>
          <w:rFonts w:ascii="Arial" w:hAnsi="Arial" w:eastAsia="Arial"/>
          <w:b/>
          <w:color w:val="4F67FF"/>
          <w:sz w:val="18"/>
        </w:rPr>
        <w:t>{{unit.type}}</w:t>
      </w:r>
      <w:r>
        <w:rPr>
          <w:rFonts w:ascii="Arial" w:hAnsi="Arial" w:eastAsia="Arial"/>
          <w:b w:val="0"/>
          <w:sz w:val="18"/>
        </w:rPr>
        <w:t xml:space="preserve"> — Тип лота</w:t>
      </w:r>
    </w:p>
    <w:p>
      <w:pPr>
        <w:spacing w:after="60"/>
      </w:pPr>
      <w:r>
        <w:rPr>
          <w:rFonts w:ascii="Arial" w:hAnsi="Arial" w:eastAsia="Arial"/>
          <w:b/>
          <w:color w:val="4F67FF"/>
          <w:sz w:val="18"/>
        </w:rPr>
        <w:t>{{unit.capacity}}</w:t>
      </w:r>
      <w:r>
        <w:rPr>
          <w:rFonts w:ascii="Arial" w:hAnsi="Arial" w:eastAsia="Arial"/>
          <w:b w:val="0"/>
          <w:sz w:val="18"/>
        </w:rPr>
        <w:t xml:space="preserve"> — Вместимость лота</w:t>
      </w:r>
    </w:p>
    <w:p>
      <w:pPr>
        <w:spacing w:after="60"/>
      </w:pPr>
      <w:r>
        <w:rPr>
          <w:rFonts w:ascii="Arial" w:hAnsi="Arial" w:eastAsia="Arial"/>
          <w:b/>
          <w:color w:val="4F67FF"/>
          <w:sz w:val="18"/>
        </w:rPr>
        <w:t>{{unit.address}}</w:t>
      </w:r>
      <w:r>
        <w:rPr>
          <w:rFonts w:ascii="Arial" w:hAnsi="Arial" w:eastAsia="Arial"/>
          <w:b w:val="0"/>
          <w:sz w:val="18"/>
        </w:rPr>
        <w:t xml:space="preserve"> — Адрес лота с наследованием</w:t>
      </w:r>
    </w:p>
    <w:p>
      <w:pPr>
        <w:spacing w:after="60"/>
      </w:pPr>
      <w:r>
        <w:rPr>
          <w:rFonts w:ascii="Arial" w:hAnsi="Arial" w:eastAsia="Arial"/>
          <w:b/>
          <w:color w:val="4F67FF"/>
          <w:sz w:val="18"/>
        </w:rPr>
        <w:t>{{unit.description}}</w:t>
      </w:r>
      <w:r>
        <w:rPr>
          <w:rFonts w:ascii="Arial" w:hAnsi="Arial" w:eastAsia="Arial"/>
          <w:b w:val="0"/>
          <w:sz w:val="18"/>
        </w:rPr>
        <w:t xml:space="preserve"> — Описание лота</w:t>
      </w:r>
    </w:p>
    <w:p>
      <w:pPr>
        <w:spacing w:after="60"/>
      </w:pPr>
      <w:r>
        <w:rPr>
          <w:rFonts w:ascii="Arial" w:hAnsi="Arial" w:eastAsia="Arial"/>
          <w:b/>
          <w:color w:val="4F67FF"/>
          <w:sz w:val="18"/>
        </w:rPr>
        <w:t>{{unit.house_rules}}</w:t>
      </w:r>
      <w:r>
        <w:rPr>
          <w:rFonts w:ascii="Arial" w:hAnsi="Arial" w:eastAsia="Arial"/>
          <w:b w:val="0"/>
          <w:sz w:val="18"/>
        </w:rPr>
        <w:t xml:space="preserve"> — Правила проживания с наследованием</w:t>
      </w:r>
    </w:p>
    <w:p>
      <w:pPr>
        <w:spacing w:after="60"/>
      </w:pPr>
      <w:r>
        <w:rPr>
          <w:rFonts w:ascii="Arial" w:hAnsi="Arial" w:eastAsia="Arial"/>
          <w:b/>
          <w:color w:val="4F67FF"/>
          <w:sz w:val="18"/>
        </w:rPr>
        <w:t>{{unit.check_in_time}}</w:t>
      </w:r>
      <w:r>
        <w:rPr>
          <w:rFonts w:ascii="Arial" w:hAnsi="Arial" w:eastAsia="Arial"/>
          <w:b w:val="0"/>
          <w:sz w:val="18"/>
        </w:rPr>
        <w:t xml:space="preserve"> — Время заезда с наследованием</w:t>
      </w:r>
    </w:p>
    <w:p>
      <w:pPr>
        <w:spacing w:after="60"/>
      </w:pPr>
      <w:r>
        <w:rPr>
          <w:rFonts w:ascii="Arial" w:hAnsi="Arial" w:eastAsia="Arial"/>
          <w:b/>
          <w:color w:val="4F67FF"/>
          <w:sz w:val="18"/>
        </w:rPr>
        <w:t>{{unit.check_out_time}}</w:t>
      </w:r>
      <w:r>
        <w:rPr>
          <w:rFonts w:ascii="Arial" w:hAnsi="Arial" w:eastAsia="Arial"/>
          <w:b w:val="0"/>
          <w:sz w:val="18"/>
        </w:rPr>
        <w:t xml:space="preserve"> — Время выезда с наследованием</w:t>
      </w:r>
    </w:p>
    <w:p>
      <w:pPr>
        <w:spacing w:after="60"/>
      </w:pPr>
      <w:r>
        <w:rPr>
          <w:rFonts w:ascii="Arial" w:hAnsi="Arial" w:eastAsia="Arial"/>
          <w:b/>
          <w:color w:val="4F67FF"/>
          <w:sz w:val="18"/>
        </w:rPr>
        <w:t>{{unit.key_handover}}</w:t>
      </w:r>
      <w:r>
        <w:rPr>
          <w:rFonts w:ascii="Arial" w:hAnsi="Arial" w:eastAsia="Arial"/>
          <w:b w:val="0"/>
          <w:sz w:val="18"/>
        </w:rPr>
        <w:t xml:space="preserve"> — Передача ключей с наследованием</w:t>
      </w:r>
    </w:p>
    <w:p>
      <w:pPr>
        <w:spacing w:after="60"/>
      </w:pPr>
      <w:r>
        <w:rPr>
          <w:rFonts w:ascii="Arial" w:hAnsi="Arial" w:eastAsia="Arial"/>
          <w:b/>
          <w:color w:val="4F67FF"/>
          <w:sz w:val="18"/>
        </w:rPr>
        <w:t>{{unit.daily_price}}</w:t>
      </w:r>
      <w:r>
        <w:rPr>
          <w:rFonts w:ascii="Arial" w:hAnsi="Arial" w:eastAsia="Arial"/>
          <w:b w:val="0"/>
          <w:sz w:val="18"/>
        </w:rPr>
        <w:t xml:space="preserve"> — Посуточный тариф лота</w:t>
      </w:r>
    </w:p>
    <w:p>
      <w:pPr>
        <w:spacing w:after="60"/>
      </w:pPr>
      <w:r>
        <w:rPr>
          <w:rFonts w:ascii="Arial" w:hAnsi="Arial" w:eastAsia="Arial"/>
          <w:b/>
          <w:color w:val="4F67FF"/>
          <w:sz w:val="18"/>
        </w:rPr>
        <w:t>{{unit.monthly_price}}</w:t>
      </w:r>
      <w:r>
        <w:rPr>
          <w:rFonts w:ascii="Arial" w:hAnsi="Arial" w:eastAsia="Arial"/>
          <w:b w:val="0"/>
          <w:sz w:val="18"/>
        </w:rPr>
        <w:t xml:space="preserve"> — Помесячный тариф лота</w:t>
      </w:r>
    </w:p>
    <w:p>
      <w:pPr>
        <w:pStyle w:val="Heading1"/>
        <w:spacing w:before="240" w:after="120"/>
      </w:pPr>
      <w:r>
        <w:rPr>
          <w:rFonts w:ascii="Arial" w:hAnsi="Arial" w:eastAsia="Arial"/>
          <w:b/>
          <w:color w:val="162742"/>
          <w:sz w:val="26"/>
        </w:rPr>
        <w:t>Бронь</w:t>
      </w:r>
    </w:p>
    <w:p>
      <w:pPr>
        <w:spacing w:after="60"/>
      </w:pPr>
      <w:r>
        <w:rPr>
          <w:rFonts w:ascii="Arial" w:hAnsi="Arial" w:eastAsia="Arial"/>
          <w:b/>
          <w:color w:val="4F67FF"/>
          <w:sz w:val="18"/>
        </w:rPr>
        <w:t>{{booking.id}}</w:t>
      </w:r>
      <w:r>
        <w:rPr>
          <w:rFonts w:ascii="Arial" w:hAnsi="Arial" w:eastAsia="Arial"/>
          <w:b w:val="0"/>
          <w:sz w:val="18"/>
        </w:rPr>
        <w:t xml:space="preserve"> — Идентификатор брони</w:t>
      </w:r>
    </w:p>
    <w:p>
      <w:pPr>
        <w:spacing w:after="60"/>
      </w:pPr>
      <w:r>
        <w:rPr>
          <w:rFonts w:ascii="Arial" w:hAnsi="Arial" w:eastAsia="Arial"/>
          <w:b/>
          <w:color w:val="4F67FF"/>
          <w:sz w:val="18"/>
        </w:rPr>
        <w:t>{{booking.status}}</w:t>
      </w:r>
      <w:r>
        <w:rPr>
          <w:rFonts w:ascii="Arial" w:hAnsi="Arial" w:eastAsia="Arial"/>
          <w:b w:val="0"/>
          <w:sz w:val="18"/>
        </w:rPr>
        <w:t xml:space="preserve"> — Статус брони</w:t>
      </w:r>
    </w:p>
    <w:p>
      <w:pPr>
        <w:spacing w:after="60"/>
      </w:pPr>
      <w:r>
        <w:rPr>
          <w:rFonts w:ascii="Arial" w:hAnsi="Arial" w:eastAsia="Arial"/>
          <w:b/>
          <w:color w:val="4F67FF"/>
          <w:sz w:val="18"/>
        </w:rPr>
        <w:t>{{booking.check_in_date}}</w:t>
      </w:r>
      <w:r>
        <w:rPr>
          <w:rFonts w:ascii="Arial" w:hAnsi="Arial" w:eastAsia="Arial"/>
          <w:b w:val="0"/>
          <w:sz w:val="18"/>
        </w:rPr>
        <w:t xml:space="preserve"> — Дата заезда</w:t>
      </w:r>
    </w:p>
    <w:p>
      <w:pPr>
        <w:spacing w:after="60"/>
      </w:pPr>
      <w:r>
        <w:rPr>
          <w:rFonts w:ascii="Arial" w:hAnsi="Arial" w:eastAsia="Arial"/>
          <w:b/>
          <w:color w:val="4F67FF"/>
          <w:sz w:val="18"/>
        </w:rPr>
        <w:t>{{booking.check_in_time}}</w:t>
      </w:r>
      <w:r>
        <w:rPr>
          <w:rFonts w:ascii="Arial" w:hAnsi="Arial" w:eastAsia="Arial"/>
          <w:b w:val="0"/>
          <w:sz w:val="18"/>
        </w:rPr>
        <w:t xml:space="preserve"> — Время заезда</w:t>
      </w:r>
    </w:p>
    <w:p>
      <w:pPr>
        <w:spacing w:after="60"/>
      </w:pPr>
      <w:r>
        <w:rPr>
          <w:rFonts w:ascii="Arial" w:hAnsi="Arial" w:eastAsia="Arial"/>
          <w:b/>
          <w:color w:val="4F67FF"/>
          <w:sz w:val="18"/>
        </w:rPr>
        <w:t>{{booking.check_in_datetime}}</w:t>
      </w:r>
      <w:r>
        <w:rPr>
          <w:rFonts w:ascii="Arial" w:hAnsi="Arial" w:eastAsia="Arial"/>
          <w:b w:val="0"/>
          <w:sz w:val="18"/>
        </w:rPr>
        <w:t xml:space="preserve"> — Дата и время заезда</w:t>
      </w:r>
    </w:p>
    <w:p>
      <w:pPr>
        <w:spacing w:after="60"/>
      </w:pPr>
      <w:r>
        <w:rPr>
          <w:rFonts w:ascii="Arial" w:hAnsi="Arial" w:eastAsia="Arial"/>
          <w:b/>
          <w:color w:val="4F67FF"/>
          <w:sz w:val="18"/>
        </w:rPr>
        <w:t>{{booking.check_out_date}}</w:t>
      </w:r>
      <w:r>
        <w:rPr>
          <w:rFonts w:ascii="Arial" w:hAnsi="Arial" w:eastAsia="Arial"/>
          <w:b w:val="0"/>
          <w:sz w:val="18"/>
        </w:rPr>
        <w:t xml:space="preserve"> — Дата выезда</w:t>
      </w:r>
    </w:p>
    <w:p>
      <w:pPr>
        <w:spacing w:after="60"/>
      </w:pPr>
      <w:r>
        <w:rPr>
          <w:rFonts w:ascii="Arial" w:hAnsi="Arial" w:eastAsia="Arial"/>
          <w:b/>
          <w:color w:val="4F67FF"/>
          <w:sz w:val="18"/>
        </w:rPr>
        <w:t>{{booking.check_out_time}}</w:t>
      </w:r>
      <w:r>
        <w:rPr>
          <w:rFonts w:ascii="Arial" w:hAnsi="Arial" w:eastAsia="Arial"/>
          <w:b w:val="0"/>
          <w:sz w:val="18"/>
        </w:rPr>
        <w:t xml:space="preserve"> — Время выезда</w:t>
      </w:r>
    </w:p>
    <w:p>
      <w:pPr>
        <w:spacing w:after="60"/>
      </w:pPr>
      <w:r>
        <w:rPr>
          <w:rFonts w:ascii="Arial" w:hAnsi="Arial" w:eastAsia="Arial"/>
          <w:b/>
          <w:color w:val="4F67FF"/>
          <w:sz w:val="18"/>
        </w:rPr>
        <w:t>{{booking.check_out_datetime}}</w:t>
      </w:r>
      <w:r>
        <w:rPr>
          <w:rFonts w:ascii="Arial" w:hAnsi="Arial" w:eastAsia="Arial"/>
          <w:b w:val="0"/>
          <w:sz w:val="18"/>
        </w:rPr>
        <w:t xml:space="preserve"> — Дата и время выезда</w:t>
      </w:r>
    </w:p>
    <w:p>
      <w:pPr>
        <w:spacing w:after="60"/>
      </w:pPr>
      <w:r>
        <w:rPr>
          <w:rFonts w:ascii="Arial" w:hAnsi="Arial" w:eastAsia="Arial"/>
          <w:b/>
          <w:color w:val="4F67FF"/>
          <w:sz w:val="18"/>
        </w:rPr>
        <w:t>{{booking.nights}}</w:t>
      </w:r>
      <w:r>
        <w:rPr>
          <w:rFonts w:ascii="Arial" w:hAnsi="Arial" w:eastAsia="Arial"/>
          <w:b w:val="0"/>
          <w:sz w:val="18"/>
        </w:rPr>
        <w:t xml:space="preserve"> — Количество ночей</w:t>
      </w:r>
    </w:p>
    <w:p>
      <w:pPr>
        <w:spacing w:after="60"/>
      </w:pPr>
      <w:r>
        <w:rPr>
          <w:rFonts w:ascii="Arial" w:hAnsi="Arial" w:eastAsia="Arial"/>
          <w:b/>
          <w:color w:val="4F67FF"/>
          <w:sz w:val="18"/>
        </w:rPr>
        <w:t>{{booking.guests_count}}</w:t>
      </w:r>
      <w:r>
        <w:rPr>
          <w:rFonts w:ascii="Arial" w:hAnsi="Arial" w:eastAsia="Arial"/>
          <w:b w:val="0"/>
          <w:sz w:val="18"/>
        </w:rPr>
        <w:t xml:space="preserve"> — Количество гостей</w:t>
      </w:r>
    </w:p>
    <w:p>
      <w:pPr>
        <w:spacing w:after="60"/>
      </w:pPr>
      <w:r>
        <w:rPr>
          <w:rFonts w:ascii="Arial" w:hAnsi="Arial" w:eastAsia="Arial"/>
          <w:b/>
          <w:color w:val="4F67FF"/>
          <w:sz w:val="18"/>
        </w:rPr>
        <w:t>{{booking.stay_purpose}}</w:t>
      </w:r>
      <w:r>
        <w:rPr>
          <w:rFonts w:ascii="Arial" w:hAnsi="Arial" w:eastAsia="Arial"/>
          <w:b w:val="0"/>
          <w:sz w:val="18"/>
        </w:rPr>
        <w:t xml:space="preserve"> — Цель проживания</w:t>
      </w:r>
    </w:p>
    <w:p>
      <w:pPr>
        <w:spacing w:after="60"/>
      </w:pPr>
      <w:r>
        <w:rPr>
          <w:rFonts w:ascii="Arial" w:hAnsi="Arial" w:eastAsia="Arial"/>
          <w:b/>
          <w:color w:val="4F67FF"/>
          <w:sz w:val="18"/>
        </w:rPr>
        <w:t>{{booking.special_conditions}}</w:t>
      </w:r>
      <w:r>
        <w:rPr>
          <w:rFonts w:ascii="Arial" w:hAnsi="Arial" w:eastAsia="Arial"/>
          <w:b w:val="0"/>
          <w:sz w:val="18"/>
        </w:rPr>
        <w:t xml:space="preserve"> — Особые условия</w:t>
      </w:r>
    </w:p>
    <w:p>
      <w:pPr>
        <w:spacing w:after="60"/>
      </w:pPr>
      <w:r>
        <w:rPr>
          <w:rFonts w:ascii="Arial" w:hAnsi="Arial" w:eastAsia="Arial"/>
          <w:b/>
          <w:color w:val="4F67FF"/>
          <w:sz w:val="18"/>
        </w:rPr>
        <w:t>{{booking.total}}</w:t>
      </w:r>
      <w:r>
        <w:rPr>
          <w:rFonts w:ascii="Arial" w:hAnsi="Arial" w:eastAsia="Arial"/>
          <w:b w:val="0"/>
          <w:sz w:val="18"/>
        </w:rPr>
        <w:t xml:space="preserve"> — Полная стоимость</w:t>
      </w:r>
    </w:p>
    <w:p>
      <w:pPr>
        <w:spacing w:after="60"/>
      </w:pPr>
      <w:r>
        <w:rPr>
          <w:rFonts w:ascii="Arial" w:hAnsi="Arial" w:eastAsia="Arial"/>
          <w:b/>
          <w:color w:val="4F67FF"/>
          <w:sz w:val="18"/>
        </w:rPr>
        <w:t>{{booking.total_words}}</w:t>
      </w:r>
      <w:r>
        <w:rPr>
          <w:rFonts w:ascii="Arial" w:hAnsi="Arial" w:eastAsia="Arial"/>
          <w:b w:val="0"/>
          <w:sz w:val="18"/>
        </w:rPr>
        <w:t xml:space="preserve"> — Стоимость прописью</w:t>
      </w:r>
    </w:p>
    <w:p>
      <w:pPr>
        <w:spacing w:after="60"/>
      </w:pPr>
      <w:r>
        <w:rPr>
          <w:rFonts w:ascii="Arial" w:hAnsi="Arial" w:eastAsia="Arial"/>
          <w:b/>
          <w:color w:val="4F67FF"/>
          <w:sz w:val="18"/>
        </w:rPr>
        <w:t>{{booking.paid}}</w:t>
      </w:r>
      <w:r>
        <w:rPr>
          <w:rFonts w:ascii="Arial" w:hAnsi="Arial" w:eastAsia="Arial"/>
          <w:b w:val="0"/>
          <w:sz w:val="18"/>
        </w:rPr>
        <w:t xml:space="preserve"> — Оплачено</w:t>
      </w:r>
    </w:p>
    <w:p>
      <w:pPr>
        <w:spacing w:after="60"/>
      </w:pPr>
      <w:r>
        <w:rPr>
          <w:rFonts w:ascii="Arial" w:hAnsi="Arial" w:eastAsia="Arial"/>
          <w:b/>
          <w:color w:val="4F67FF"/>
          <w:sz w:val="18"/>
        </w:rPr>
        <w:t>{{booking.paid_words}}</w:t>
      </w:r>
      <w:r>
        <w:rPr>
          <w:rFonts w:ascii="Arial" w:hAnsi="Arial" w:eastAsia="Arial"/>
          <w:b w:val="0"/>
          <w:sz w:val="18"/>
        </w:rPr>
        <w:t xml:space="preserve"> — Оплачено прописью</w:t>
      </w:r>
    </w:p>
    <w:p>
      <w:pPr>
        <w:spacing w:after="60"/>
      </w:pPr>
      <w:r>
        <w:rPr>
          <w:rFonts w:ascii="Arial" w:hAnsi="Arial" w:eastAsia="Arial"/>
          <w:b/>
          <w:color w:val="4F67FF"/>
          <w:sz w:val="18"/>
        </w:rPr>
        <w:t>{{booking.remaining}}</w:t>
      </w:r>
      <w:r>
        <w:rPr>
          <w:rFonts w:ascii="Arial" w:hAnsi="Arial" w:eastAsia="Arial"/>
          <w:b w:val="0"/>
          <w:sz w:val="18"/>
        </w:rPr>
        <w:t xml:space="preserve"> — Остаток</w:t>
      </w:r>
    </w:p>
    <w:p>
      <w:pPr>
        <w:spacing w:after="60"/>
      </w:pPr>
      <w:r>
        <w:rPr>
          <w:rFonts w:ascii="Arial" w:hAnsi="Arial" w:eastAsia="Arial"/>
          <w:b/>
          <w:color w:val="4F67FF"/>
          <w:sz w:val="18"/>
        </w:rPr>
        <w:t>{{booking.remaining_words}}</w:t>
      </w:r>
      <w:r>
        <w:rPr>
          <w:rFonts w:ascii="Arial" w:hAnsi="Arial" w:eastAsia="Arial"/>
          <w:b w:val="0"/>
          <w:sz w:val="18"/>
        </w:rPr>
        <w:t xml:space="preserve"> — Остаток прописью</w:t>
      </w:r>
    </w:p>
    <w:p>
      <w:pPr>
        <w:spacing w:after="60"/>
      </w:pPr>
      <w:r>
        <w:rPr>
          <w:rFonts w:ascii="Arial" w:hAnsi="Arial" w:eastAsia="Arial"/>
          <w:b/>
          <w:color w:val="4F67FF"/>
          <w:sz w:val="18"/>
        </w:rPr>
        <w:t>{{booking.security_deposit}}</w:t>
      </w:r>
      <w:r>
        <w:rPr>
          <w:rFonts w:ascii="Arial" w:hAnsi="Arial" w:eastAsia="Arial"/>
          <w:b w:val="0"/>
          <w:sz w:val="18"/>
        </w:rPr>
        <w:t xml:space="preserve"> — Обеспечительный платёж</w:t>
      </w:r>
    </w:p>
    <w:p>
      <w:pPr>
        <w:spacing w:after="60"/>
      </w:pPr>
      <w:r>
        <w:rPr>
          <w:rFonts w:ascii="Arial" w:hAnsi="Arial" w:eastAsia="Arial"/>
          <w:b/>
          <w:color w:val="4F67FF"/>
          <w:sz w:val="18"/>
        </w:rPr>
        <w:t>{{booking.security_deposit_words}}</w:t>
      </w:r>
      <w:r>
        <w:rPr>
          <w:rFonts w:ascii="Arial" w:hAnsi="Arial" w:eastAsia="Arial"/>
          <w:b w:val="0"/>
          <w:sz w:val="18"/>
        </w:rPr>
        <w:t xml:space="preserve"> — Обеспечительный платёж прописью</w:t>
      </w:r>
    </w:p>
    <w:p>
      <w:pPr>
        <w:pStyle w:val="Heading1"/>
        <w:spacing w:before="240" w:after="120"/>
      </w:pPr>
      <w:r>
        <w:rPr>
          <w:rFonts w:ascii="Arial" w:hAnsi="Arial" w:eastAsia="Arial"/>
          <w:b/>
          <w:color w:val="162742"/>
          <w:sz w:val="26"/>
        </w:rPr>
        <w:t>Платёж</w:t>
      </w:r>
    </w:p>
    <w:p>
      <w:pPr>
        <w:spacing w:after="60"/>
      </w:pPr>
      <w:r>
        <w:rPr>
          <w:rFonts w:ascii="Arial" w:hAnsi="Arial" w:eastAsia="Arial"/>
          <w:b/>
          <w:color w:val="4F67FF"/>
          <w:sz w:val="18"/>
        </w:rPr>
        <w:t>{{payment.amount}}</w:t>
      </w:r>
      <w:r>
        <w:rPr>
          <w:rFonts w:ascii="Arial" w:hAnsi="Arial" w:eastAsia="Arial"/>
          <w:b w:val="0"/>
          <w:sz w:val="18"/>
        </w:rPr>
        <w:t xml:space="preserve"> — Сумма платежа</w:t>
      </w:r>
    </w:p>
    <w:p>
      <w:pPr>
        <w:spacing w:after="60"/>
      </w:pPr>
      <w:r>
        <w:rPr>
          <w:rFonts w:ascii="Arial" w:hAnsi="Arial" w:eastAsia="Arial"/>
          <w:b/>
          <w:color w:val="4F67FF"/>
          <w:sz w:val="18"/>
        </w:rPr>
        <w:t>{{payment.amount_words}}</w:t>
      </w:r>
      <w:r>
        <w:rPr>
          <w:rFonts w:ascii="Arial" w:hAnsi="Arial" w:eastAsia="Arial"/>
          <w:b w:val="0"/>
          <w:sz w:val="18"/>
        </w:rPr>
        <w:t xml:space="preserve"> — Сумма платежа прописью</w:t>
      </w:r>
    </w:p>
    <w:p>
      <w:pPr>
        <w:spacing w:after="60"/>
      </w:pPr>
      <w:r>
        <w:rPr>
          <w:rFonts w:ascii="Arial" w:hAnsi="Arial" w:eastAsia="Arial"/>
          <w:b/>
          <w:color w:val="4F67FF"/>
          <w:sz w:val="18"/>
        </w:rPr>
        <w:t>{{payment.date}}</w:t>
      </w:r>
      <w:r>
        <w:rPr>
          <w:rFonts w:ascii="Arial" w:hAnsi="Arial" w:eastAsia="Arial"/>
          <w:b w:val="0"/>
          <w:sz w:val="18"/>
        </w:rPr>
        <w:t xml:space="preserve"> — Дата платежа</w:t>
      </w:r>
    </w:p>
    <w:p>
      <w:pPr>
        <w:spacing w:after="60"/>
      </w:pPr>
      <w:r>
        <w:rPr>
          <w:rFonts w:ascii="Arial" w:hAnsi="Arial" w:eastAsia="Arial"/>
          <w:b/>
          <w:color w:val="4F67FF"/>
          <w:sz w:val="18"/>
        </w:rPr>
        <w:t>{{payment.time}}</w:t>
      </w:r>
      <w:r>
        <w:rPr>
          <w:rFonts w:ascii="Arial" w:hAnsi="Arial" w:eastAsia="Arial"/>
          <w:b w:val="0"/>
          <w:sz w:val="18"/>
        </w:rPr>
        <w:t xml:space="preserve"> — Время платежа</w:t>
      </w:r>
    </w:p>
    <w:p>
      <w:pPr>
        <w:spacing w:after="60"/>
      </w:pPr>
      <w:r>
        <w:rPr>
          <w:rFonts w:ascii="Arial" w:hAnsi="Arial" w:eastAsia="Arial"/>
          <w:b/>
          <w:color w:val="4F67FF"/>
          <w:sz w:val="18"/>
        </w:rPr>
        <w:t>{{payment.datetime}}</w:t>
      </w:r>
      <w:r>
        <w:rPr>
          <w:rFonts w:ascii="Arial" w:hAnsi="Arial" w:eastAsia="Arial"/>
          <w:b w:val="0"/>
          <w:sz w:val="18"/>
        </w:rPr>
        <w:t xml:space="preserve"> — Дата и время платежа</w:t>
      </w:r>
    </w:p>
    <w:p>
      <w:pPr>
        <w:spacing w:after="60"/>
      </w:pPr>
      <w:r>
        <w:rPr>
          <w:rFonts w:ascii="Arial" w:hAnsi="Arial" w:eastAsia="Arial"/>
          <w:b/>
          <w:color w:val="4F67FF"/>
          <w:sz w:val="18"/>
        </w:rPr>
        <w:t>{{payment.method}}</w:t>
      </w:r>
      <w:r>
        <w:rPr>
          <w:rFonts w:ascii="Arial" w:hAnsi="Arial" w:eastAsia="Arial"/>
          <w:b w:val="0"/>
          <w:sz w:val="18"/>
        </w:rPr>
        <w:t xml:space="preserve"> — Способ платежа</w:t>
      </w:r>
    </w:p>
    <w:p>
      <w:pPr>
        <w:spacing w:after="60"/>
      </w:pPr>
      <w:r>
        <w:rPr>
          <w:rFonts w:ascii="Arial" w:hAnsi="Arial" w:eastAsia="Arial"/>
          <w:b/>
          <w:color w:val="4F67FF"/>
          <w:sz w:val="18"/>
        </w:rPr>
        <w:t>{{payment.comment}}</w:t>
      </w:r>
      <w:r>
        <w:rPr>
          <w:rFonts w:ascii="Arial" w:hAnsi="Arial" w:eastAsia="Arial"/>
          <w:b w:val="0"/>
          <w:sz w:val="18"/>
        </w:rPr>
        <w:t xml:space="preserve"> — Комментарий платежа</w:t>
      </w:r>
    </w:p>
    <w:p>
      <w:pPr>
        <w:spacing w:after="60"/>
      </w:pPr>
      <w:r>
        <w:rPr>
          <w:rFonts w:ascii="Arial" w:hAnsi="Arial" w:eastAsia="Arial"/>
          <w:b/>
          <w:color w:val="4F67FF"/>
          <w:sz w:val="18"/>
        </w:rPr>
        <w:t>{{payments.count}}</w:t>
      </w:r>
      <w:r>
        <w:rPr>
          <w:rFonts w:ascii="Arial" w:hAnsi="Arial" w:eastAsia="Arial"/>
          <w:b w:val="0"/>
          <w:sz w:val="18"/>
        </w:rPr>
        <w:t xml:space="preserve"> — Количество платежей</w:t>
      </w:r>
    </w:p>
    <w:p>
      <w:pPr>
        <w:spacing w:after="60"/>
      </w:pPr>
      <w:r>
        <w:rPr>
          <w:rFonts w:ascii="Arial" w:hAnsi="Arial" w:eastAsia="Arial"/>
          <w:b/>
          <w:color w:val="4F67FF"/>
          <w:sz w:val="18"/>
        </w:rPr>
        <w:t>{{payments.total}}</w:t>
      </w:r>
      <w:r>
        <w:rPr>
          <w:rFonts w:ascii="Arial" w:hAnsi="Arial" w:eastAsia="Arial"/>
          <w:b w:val="0"/>
          <w:sz w:val="18"/>
        </w:rPr>
        <w:t xml:space="preserve"> — Сумма всех платежей</w:t>
      </w:r>
    </w:p>
    <w:p>
      <w:pPr>
        <w:spacing w:after="60"/>
      </w:pPr>
      <w:r>
        <w:rPr>
          <w:rFonts w:ascii="Arial" w:hAnsi="Arial" w:eastAsia="Arial"/>
          <w:b/>
          <w:color w:val="4F67FF"/>
          <w:sz w:val="18"/>
        </w:rPr>
        <w:t>{{payments.total_words}}</w:t>
      </w:r>
      <w:r>
        <w:rPr>
          <w:rFonts w:ascii="Arial" w:hAnsi="Arial" w:eastAsia="Arial"/>
          <w:b w:val="0"/>
          <w:sz w:val="18"/>
        </w:rPr>
        <w:t xml:space="preserve"> — Сумма всех платежей прописью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color w:val="5C6777"/>
        <w:sz w:val="16"/>
      </w:rPr>
      <w:t xml:space="preserve">Шаблон без персональных данных • Страница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rial" w:hAnsi="Arial" w:eastAsia="Arial"/>
        <w:b/>
        <w:color w:val="5C6777"/>
        <w:sz w:val="17"/>
      </w:rPr>
      <w:t>RentAtHome • пользовательский шаблон документов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RentAtHome — пример Word-шаблона со всеми переменными</dc:title>
  <dc:subject/>
  <dc:creator>RentAtHome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